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אמון</w:t>
      </w:r>
    </w:p>
    <w:p>
      <w:pPr>
        <w:bidi/>
        <w:jc w:val="right"/>
      </w:pPr>
      <w:r>
        <w:rPr>
          <w:rFonts w:ascii="Arial" w:hAnsi="Arial" w:cs="Arial"/>
          <w:sz w:val="24"/>
          <w:rtl/>
          <w:szCs w:val="24"/>
        </w:rPr>
        <w:t>• 🎯 מטרה: לתרגל את ערך השבוע "אמון"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להאמין שאפשר לסמוך על מישהו, ולהיות בעצמנו אנשים שאפשר לסמוך עליהם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ד – תחושה טובה מבפנים שאפשר לגלות, לשמור עליה ולשתף בה אחרים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ב – היכולת להוביל אחרים בדוגמה אישית, בהקשבה ובאחריות למטרה משותפת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א – לתת מזמננו ומכוחנו לאחרים מרצון, בלי לצפות לתמורה</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אמון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מפתח</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אמון – דף תרגול</w:t>
      </w:r>
    </w:p>
    <w:p>
      <w:pPr>
        <w:bidi/>
        <w:jc w:val="right"/>
      </w:pPr>
      <w:r>
        <w:rPr>
          <w:rFonts w:ascii="Arial" w:hAnsi="Arial" w:cs="Arial"/>
          <w:color w:val="555577"/>
          <w:sz w:val="24"/>
          <w:rtl/>
          <w:szCs w:val="24"/>
        </w:rPr>
        <w:t>ערך השבוע: אמון – להאמין שאפשר לסמוך על מישהו, ולהיות בעצמנו אנשים שאפשר לסמוך עליהם.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ליה סיפרה לחברה הכי טובה שלה שהיא מפחדת מהמבחן בשחייה. למחרת שמעה שתי בנות מהכיתה צוחקות על זה. עכשיו היא לא בטוחה אם לספר לחברה שלה עוד משהו. מה אפשר לעשות כדי לתקן אמון שנסדק?</w:t>
      </w:r>
    </w:p>
    <w:p>
      <w:pPr>
        <w:bidi/>
        <w:jc w:val="right"/>
      </w:pPr>
      <w:r>
        <w:rPr>
          <w:rFonts w:ascii="Arial" w:hAnsi="Arial" w:cs="Arial"/>
          <w:sz w:val="24"/>
          <w:rtl/>
          <w:szCs w:val="24"/>
        </w:rPr>
        <w:t>1. מה עדיף לעשות כשחבר או חברה מספרים לנו סוד?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האם אפשר לתקן אמון שנפגע? איך?</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"אמון"?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להחזיר כל דבר ששאלתי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לומר את האמת גם כשקשה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לקיים הבטחה אחת קטנה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לקטוע מישהו באמצע המשפט</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לוותר מיד כשקשה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אמון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לתת מזמננו ומכוחנו לאחרים מרצון, בלי לצפות לתמורה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שמחה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היכולת להוביל אחרים בדוגמה אישית, בהקשבה ובאחריות למטרה משותפת</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מנהיגות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להאמין שאפשר לסמוך על מישהו, ולהיות בעצמנו אנשים שאפשר לסמוך עליהם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התנדבות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תחושה טובה מבפנים שאפשר לגלות, לשמור עליה ולשתף בה אחרים</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"________ נבנה לאט, טיפה אחרי טיפה"</w:t>
      </w:r>
    </w:p>
    <w:p>
      <w:pPr>
        <w:bidi/>
        <w:jc w:val="right"/>
      </w:pPr>
      <w:r>
        <w:rPr>
          <w:rFonts w:ascii="Arial" w:hAnsi="Arial" w:cs="Arial"/>
          <w:sz w:val="24"/>
          <w:rtl/>
          <w:szCs w:val="24"/>
        </w:rPr>
        <w:t>2. 🧩 חידה: יש לי שיניים, אבל אני לא אוכל ולא נושך. בזכותי הדלת נפתחת. מה אני?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לקיים הבטחה אחת קטנה · להחזיר כל דבר ששאלתי · לומר את האמת גם כשקשה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בניית אמון?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מתי השבוע מישהו סמך עליכם, או אתם סמכתם על מישהו?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אמון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