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עזרה לזולת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"עזרה לזולת"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עזרה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help / помощь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hand / рука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neighbor / сосед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together / вместе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עזרה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🤲 עזרה לזולת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עוזרים למי שצריך. שואלים: צריך עזרה? ונותנים יד.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עזרה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help · помощь · እርዳታ · مساعدة · aide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יד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hand · рука · እጅ · يد · main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שכן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neighbor · сосед · ጎረቤት · جار · voisin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ביחד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together · вместе · አብረን · معا · ensemble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עזרה  |  יד  |  שכן  |  ביחד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help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שכן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עזרה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neighbor / сосед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together / вместе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שכן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hand / рука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ביחד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help / помощь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עוזרים למי שצריך. שואלים: צריך ________? ונותנים יד.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"עזרה".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איך הרגישה הסבתא כשליה עזרה לה?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לעזור לסדר את הכיתה בסוף היום / לשאול חבר או חברה: צריך עזרה?)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עזרה לזולת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