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עזרה לזולת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"עזרה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🤲 עזרה לזולת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עוֹזְרִים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🤲 עזרה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🤲 🧒 ❤️  משפט השבוע: עוֹזְרִים לְמִי שֶׁצָּרִיךְ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שִׂמְחָה  |  עוֹזְרִים  |  לִסְמוֹךְ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"עוֹזְרִים לְמִי שֶׁצָּרִיךְ"?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🤲 עזרה לזולת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🤝 אמון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לסדר את הכיתה בסוף היום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חבר או חברה: צריך עזרה?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לְמִי שֶׁצָּרִיךְ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איך הרגישה הסבתא כשליה עזרה לה?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לעזור לסדר את הכיתה בסוף היום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עזרה לזולת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